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222222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44"/>
          <w:u w:val="none"/>
          <w:rtl/>
          <w:bCs/>
          <w:szCs w:val="44"/>
        </w:rPr>
        <w:t>🌈 גלגל הרוגע (שחור־לבן לצביעה)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גלגל לגזירה, מד רגש, גש״ר מאח״ד ועש״ן ד״ק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חוסן וויסות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גרסה א׳ – צעירים (כיתות ב׳–ג׳) | גרסה ב׳ – בוגרים (כיתות ד׳–ו׳) | גרסה ג׳ – אישית / חנ״מ / עולים (כל הכיתות · חנ״מ · עולים)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זיהוי רגשות ועוצמתם • בחירת דרך הרגעה מתאימה • היכרות עם גש״ר מאח״ד ועש״ן ד״ק • בניית תוכנית אישית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ויסות רגשי • מודעות עצמית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222222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"מה הגוף שלי מרגיש כשאני כועס/ת?" – סבב קצר.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הדגמה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תרגול יחד: נשימת בלון / עש״ן ד״ק.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יצירה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גזירה, צביעה והרכבת הגלגל.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כרטיס כיס אישי.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222222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6"/>
          <w:u w:val="none"/>
          <w:rtl/>
          <w:bCs/>
          <w:szCs w:val="26"/>
        </w:rPr>
        <w:t>גרסה א׳ – צעירים · כיתות ב׳–ג׳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6"/>
          <w:u w:val="none"/>
          <w:rtl/>
          <w:bCs/>
          <w:szCs w:val="26"/>
        </w:rPr>
        <w:t>גרסה ב׳ – בוגרים · כיתות ד׳–ו׳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הסדר הנכון: 1. עצור; 2. שרירים; 3. נשימה; 4. דיבור עצמי מרגיע; 5. קדימה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אישית, למשל: "אני סומך/ת על עצמי", "זה זמני", "אני לא לבד".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6"/>
          <w:u w:val="none"/>
          <w:rtl/>
          <w:bCs/>
          <w:szCs w:val="26"/>
        </w:rPr>
        <w:t>גרסה ג׳ – אישית / חנ״מ / עולים · כל הכיתות · חנ״מ · עולים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כועס/ת ← נשימה איטית; עצוב/ה ← מדברים עם מבוגר; עייף/ה ← שותים מים ונחים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222222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להרכבה: סיכת פרפר (מהדק כפתור) במרכז. מומלץ להדפיס על בריסטול.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גש״ר מאח״ד: גוף, שכל, רגש, מערכת אמונות, חברה, דמיון. עש״ן ד״ק: עצור, שרירים, נשימה, דיבור עצמי מרגיע, קדימה.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כשקשה – לא נשארים לבד: היועצת, המחנכת או מבוגר/ת אחראי/ת בבית הספר.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יש גרסה צבעונית וגרסה בשחור־לבן לצביעה.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גרסה א׳ – צעירים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48"/>
          <w:u w:val="none"/>
          <w:rtl/>
          <w:bCs/>
          <w:szCs w:val="48"/>
        </w:rPr>
        <w:t>🌈 גַּלְגַּל הָרֹגַע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אֵיךְ אֲנִי נִרְגָּע/ת? גַּלְגַּל לִגְזֵרָה + מַד רֶגֶשׁ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כיתות ב׳–ג׳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חֵלֶק א׳ – הַגַּלְגַּל שֶׁלִּי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גִּזְרוּ אֶת הַגַּלְגַּל וְאֶת הַחֵץ. חַבְּרוּ בְּסִכַּת פְּרַפַּר (מְהַדֵּק כַּפְתּוֹר) בָּאֶמְצַע.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דֶּרֶךְ לְהֵרָגַע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🎈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נְשִׁימַת בָּלוֹן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🔢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סוֹפְרִים עַד 10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💧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שׁוֹתִים מַיִם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🙋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מְבַקְּשִׁים הַפְסָקָה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🤗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חִבּוּק חָזָק לְעַצְמִי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🖍️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מְצַיְּרִים מְשַׁרְבְּטִים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🗣️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מְדַבְּרִים עִם מְבֻגָּר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🐢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נְשִׁימַת צָב אִטִּית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✂ גָּזְרוּ חֵץ מִנְּיָר וַחֲבֵרוֹ בְּמֶרְכַּז הַגַּלְגַּל.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חֵלֶק ב׳ – מַד הָרֶגֶשׁ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אֵיפֹה אֲנִי עַכְשָׁו?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צֶבַע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אֵיךְ אֲנִי מַרְגִּישׁ/ה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מָה עוֹשִׂים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🔴 אָדֹם – סְעָרָה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כּוֹעֵס/ת מְאוֹד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עש"ן ד"ק + מְבֻגָּר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🟡 צָהֹב – מִתְחַמֵּם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מְתֻסְכָּל/ת, לָחוּץ/ה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בּוֹחֲרִים מֵהַגַּלְגַּל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🟢 יָרֹק – רָגוּעַ/ה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מוּכָן/ה לִלְמֹד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מַמְשִׁיכִים!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מָה עוֹזֵר לִי לְהֵרָגַע? הִקִּיפוּ בְּגַלְגַּל 3 דְּרָכִים שֶׁאַתֶּם אוֹהֲבִים, וְצִיְּרוּ אַחַת מֵהֶן.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2222"/>
                <w:sz w:val="28"/>
                <w:u w:val="none"/>
                <w:rtl/>
                <w:bCs/>
                <w:szCs w:val="28"/>
              </w:rPr>
              <w:t>כַּרְטִיס כִּיס: אֵיךְ אֲנִי נִרְגָּע/ת 🎈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הַדֶּרֶךְ הֲכִי טוֹבָה שֶׁלִּי: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מְבֻגָּר שֶׁאֶפְשָׁר לִפְנוֹת אֵלָיו: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גרסה ב׳ – בוגרים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48"/>
          <w:u w:val="none"/>
          <w:rtl/>
          <w:bCs/>
          <w:szCs w:val="48"/>
        </w:rPr>
        <w:t>🌈 גלגל גש״ר מאח״ד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שישה ערוצים להתמודדות + עש״ן ד״ק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כיתות ד׳–ו׳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א׳ – גלגל גש״ר מאח״ד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שישה ערוצים להתמודדות: גוף, שכל, רגש, מערכת אמונות, חברה, דמיון. גזרו, חברו את החץ, וסובבו כשצריך.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ערוץ ודוגמה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🏃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גוף: תנועה, נשימה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🧠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שכל: מתכננים, פותרים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💗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רגש: מדברים על ההרגשה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⭐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מערכת אמונות: "אני מאמין/ה בעצמי"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🤝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חברה: פונים לחבר או למבוגר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🌈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דמיון: מקום בטוח בדמיון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ב׳ – עש״ן ד״ק – חמישה צעדים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כלי קצר לרגע של לחץ, פחד או כעס. אפשר לגזור ולהדביק על הקלמר.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עצור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עוצרים את המחשבות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שרירים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מכווצים ומשחררים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🌬️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נשימה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נשימה איטית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דיבור עצמי מרגיע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"אני יכול/ה"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קדימה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ממשיכים או חוזרים אחר כך</w:t>
            </w:r>
          </w:p>
        </w:tc>
        <w:tc>
          <w:tcPr>
            <w:tcW w:type="dxa" w:w="3402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סדרו את שלבי עש״ן ד״ק (1–5).  [עש״ן ד״ק]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קדימה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שרירים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דיבור עצמי מרגיע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נשימה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☐  עצור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משפט "דיבור עצמי מרגיע" משלכם.  [חוסן]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באיזה ערוץ אתם הכי חזקים? ובאיזה ערוץ תרצו להתחזק? נמקו.  [רפלקציה]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הערוץ החזק שלי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ערוץ לחיזוק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צעד קטן שאעשה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2222"/>
                <w:sz w:val="28"/>
                <w:u w:val="none"/>
                <w:rtl/>
                <w:bCs/>
                <w:szCs w:val="28"/>
              </w:rPr>
              <w:t>כרטיס כיס: התוכנית שלי 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כשאני מרגיש/ה סערה, אני: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ערוץ שעוזר לי: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אני יכול/ה לפנות אל: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גרסה ג׳ – אישית / חנ״מ / עולים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48"/>
          <w:u w:val="none"/>
          <w:rtl/>
          <w:bCs/>
          <w:szCs w:val="48"/>
        </w:rPr>
        <w:t>🌈 הַגַּלְגַּל הָאִישִׁי שֶׁלִּי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גַּלְגַּל רֵיק לְהַתְאָמָה אִישִׁית + כַּרְטִיסֵי רֶגֶשׁ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כל הכיתות · חנ״מ · עולים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חֵלֶק א׳ – הַגַּלְגַּל הָאִישִׁי שֶׁלִּי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כִּתְבוּ אוֹ צַיְּרוּ בְּכָל חֵלֶק דֶּרֶךְ שֶׁעוֹזֶרֶת לָכֶם לְהֵרָגַע.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מִסְפָּר</w:t>
            </w:r>
          </w:p>
        </w:tc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הַדֶּרֶךְ שֶׁלִּי לְהֵרָגַע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1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2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3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4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5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6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7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8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חֵלֶק ב׳ – כַּרְטִיסֵי רֶגֶשׁ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גִּזְרוּ. אֵיךְ אֲנִי מַרְגִּישׁ/ה?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😀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שָׂמֵחַ/ה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עָצוּב/ה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כּוֹעֵס/ת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מִפַּחַד/ת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עָיֵף/ה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רָגוּעַ/ה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מָתְחוּ קַו: רֶגֶשׁ ← מָה עוֹזֵר.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1. כּוֹעֵס/ת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שׁוֹתִים מַיִם וְנָחִים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2. עָצוּב/ה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נְשִׁימָה אִטִּית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3. עָיֵף/ה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מְדַבְּרִים עִם מְבֻגָּר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2222"/>
                <w:sz w:val="28"/>
                <w:u w:val="none"/>
                <w:rtl/>
                <w:bCs/>
                <w:szCs w:val="28"/>
              </w:rPr>
              <w:t>כַּרְטִיס עֶזְרָה 🙋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אֲנִי צָרִיךְ/ה הַפְסָקָה ✋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אֲנִי רוֹצֶה לְדַבֵּר עִם מְבֻגָּר 🗣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