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0D6EFD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D6EFD"/>
          <w:sz w:val="44"/>
          <w:u w:val="none"/>
          <w:rtl/>
          <w:bCs/>
          <w:szCs w:val="44"/>
        </w:rPr>
        <w:t>📚 קראתי – הבנתי!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כרטיסיות ניקוב, יומן קריאה, סימנייה ותעודה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עידוד קריאה</w:t>
            </w:r>
          </w:p>
        </w:tc>
      </w:tr>
      <w:tr>
        <w:tc>
          <w:tcPr>
            <w:tcW w:type="dxa" w:w="5103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גרסה א׳ (כיתות ב׳–ג׳) | גרסה ב׳ (כיתות ד׳–ו׳) | גרסה ג׳ – עולים וחנ״מ (כל הכיתות · עולים · חנ״מ)</w:t>
            </w:r>
          </w:p>
        </w:tc>
      </w:tr>
      <w:tr>
        <w:tc>
          <w:tcPr>
            <w:tcW w:type="dxa" w:w="5103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עידוד קריאה עצמאית ומעקב • שיחה קצרה על הבנה לפני "ניקוב" • גיוון סוגי טקסטים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0D6EFD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הצגה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מציגים את הכרטיסייה ואת הכללים: מנקבים רק אחרי שיחה קצרה על הטקסט.</w:t>
            </w:r>
          </w:p>
        </w:tc>
      </w:tr>
      <w:tr>
        <w:tc>
          <w:tcPr>
            <w:tcW w:type="dxa" w:w="5103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שגרה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בכל קריאה – 2 שאלות מכרטיס "אחרי שקראתי", ואז ניקוב.</w:t>
            </w:r>
          </w:p>
        </w:tc>
      </w:tr>
      <w:tr>
        <w:tc>
          <w:tcPr>
            <w:tcW w:type="dxa" w:w="5103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מחזור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10 עיגולים = תעודה; אפשר לתלות "קיר קוראים".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0D6EFD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D6EFD"/>
          <w:sz w:val="26"/>
          <w:u w:val="none"/>
          <w:rtl/>
          <w:bCs/>
          <w:szCs w:val="26"/>
        </w:rPr>
        <w:t>גרסה ב׳ · כיתות ד׳–ו׳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D6EFD"/>
          <w:sz w:val="26"/>
          <w:u w:val="none"/>
          <w:rtl/>
          <w:bCs/>
          <w:szCs w:val="26"/>
        </w:rPr>
        <w:t>גרסה ג׳ – עולים וחנ״מ · כל הכיתות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D6EFD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מומלץ להדפיס על בריסטול ולגזור. מנקבים בפונץ׳ חור יחיד, או מסמנים במדבקה.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ברמה ב׳: כרטיסיית ז׳אנרים – מעודדת לקרוא סוגי טקסטים שונים.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ברמה ג׳ (מותאמת): כרטיסייה גדולה בתמונות ו"קראתי עם..." – מתאים לעולים ולחנ״מ.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D6EFD"/>
          <w:sz w:val="22"/>
          <w:u w:val="none"/>
          <w:rtl/>
          <w:bCs/>
          <w:szCs w:val="22"/>
        </w:rPr>
        <w:t>גרסה א׳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D6EFD"/>
          <w:sz w:val="48"/>
          <w:u w:val="none"/>
          <w:rtl/>
          <w:bCs/>
          <w:szCs w:val="48"/>
        </w:rPr>
        <w:t>📚 קראתי – הבנתי!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כרטיסיות ניקוב, יומן קריאה, סימנייה ותעודה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D6EFD"/>
          <w:sz w:val="22"/>
          <w:u w:val="none"/>
          <w:rtl/>
          <w:bCs/>
          <w:szCs w:val="22"/>
        </w:rPr>
        <w:t>כיתות ב׳–ג׳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D6EFD"/>
                <w:sz w:val="30"/>
                <w:u w:val="none"/>
                <w:rtl/>
                <w:bCs/>
                <w:szCs w:val="30"/>
              </w:rPr>
              <w:t>חלק א׳ – כרטיסיות לניקוב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על כל טקסט שקראתם והבנתם – המורה מנקבת (או מסמנת) עיגול אחד. 10 עיגולים = תעודת קורא/ת מצטיין/ת!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 xml:space="preserve">קראתי – הבנתי! שם: </w:t>
            </w:r>
            <w:r>
              <w:rPr>
                <w:rFonts w:ascii="Arial" w:hAnsi="Arial" w:cs="Arial"/>
                <w:b/>
                <w:sz w:val="22"/>
                <w:u w:val="single"/>
                <w:rtl/>
                <w:bCs/>
                <w:szCs w:val="22"/>
              </w:rPr>
              <w:t>_</w:t>
            </w:r>
            <w:r>
              <w:rPr>
                <w:rFonts w:ascii="Arial" w:hAnsi="Arial" w:cs="Arial"/>
                <w:b/>
                <w:sz w:val="22"/>
                <w:u w:val="single"/>
                <w:rtl/>
                <w:bCs/>
                <w:szCs w:val="22"/>
              </w:rPr>
            </w:r>
          </w:p>
        </w:tc>
      </w:tr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① ② ③ ④ ⑤ ⑥ ⑦ ⑧ ⑨ ⑩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 xml:space="preserve">קראתי – הבנתי! שם: </w:t>
            </w:r>
            <w:r>
              <w:rPr>
                <w:rFonts w:ascii="Arial" w:hAnsi="Arial" w:cs="Arial"/>
                <w:b/>
                <w:sz w:val="22"/>
                <w:u w:val="single"/>
                <w:rtl/>
                <w:bCs/>
                <w:szCs w:val="22"/>
              </w:rPr>
              <w:t>_</w:t>
            </w:r>
            <w:r>
              <w:rPr>
                <w:rFonts w:ascii="Arial" w:hAnsi="Arial" w:cs="Arial"/>
                <w:b/>
                <w:sz w:val="22"/>
                <w:u w:val="single"/>
                <w:rtl/>
                <w:bCs/>
                <w:szCs w:val="22"/>
              </w:rPr>
            </w:r>
          </w:p>
        </w:tc>
      </w:tr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① ② ③ ④ ⑤ ⑥ ⑦ ⑧ ⑨ ⑩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D6EFD"/>
                <w:sz w:val="30"/>
                <w:u w:val="none"/>
                <w:rtl/>
                <w:bCs/>
                <w:szCs w:val="30"/>
              </w:rPr>
              <w:t>חלק ב׳ – אחרי שקראתי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כרטיס שאלות קטן – עונים בעל פה למורה לפני הניקוב.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מי?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מי הדמויות?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איפה?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איפה זה קרה?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מה?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מה קרה?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מה הרגשתי?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אהבתי / לא אהבתי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מה למדתי?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משהו חדש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צייר/י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את הרגע שאהבתי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D6EFD"/>
          <w:sz w:val="30"/>
          <w:u w:val="none"/>
          <w:rtl/>
          <w:bCs/>
          <w:szCs w:val="30"/>
        </w:rPr>
        <w:t>🏆 תעודת קורא/ת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_ קרא/ה והבין/ה 10 טקסטים! כל הכבוד!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חתימת המורה: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D6EFD"/>
          <w:sz w:val="22"/>
          <w:u w:val="none"/>
          <w:rtl/>
          <w:bCs/>
          <w:szCs w:val="22"/>
        </w:rPr>
        <w:t>גרסה ב׳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D6EFD"/>
          <w:sz w:val="48"/>
          <w:u w:val="none"/>
          <w:rtl/>
          <w:bCs/>
          <w:szCs w:val="48"/>
        </w:rPr>
        <w:t>📚 מסע הז׳אנרים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כרטיסיית ז׳אנרים + יומן קריאה + סימנייה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D6EFD"/>
          <w:sz w:val="22"/>
          <w:u w:val="none"/>
          <w:rtl/>
          <w:bCs/>
          <w:szCs w:val="22"/>
        </w:rPr>
        <w:t>כיתות ד׳–ו׳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D6EFD"/>
                <w:sz w:val="30"/>
                <w:u w:val="none"/>
                <w:rtl/>
                <w:bCs/>
                <w:szCs w:val="30"/>
              </w:rPr>
              <w:t>חלק א׳ – כרטיסיית ז׳אנרים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נקבו עיגול על כל סוג טקסט שקראתם והבנתם. האתגר: למלא את כל 12 הסוגים!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קראתי – הבנתי! מסע הז׳אנרים</w:t>
            </w:r>
          </w:p>
        </w:tc>
      </w:tr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📗 סיפור  |  📘 מידעי  |  🎵 שיר  |  ✉️ מכתב  |  📰 כתבה  |  🧩 חידה  |  🎭 מחזה  |  📜 אגדה  |  🔬 מדע  |  🌍 מסע  |  ⭐ בחירה  |  🏆 אתגר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D6EFD"/>
                <w:sz w:val="30"/>
                <w:u w:val="none"/>
                <w:rtl/>
                <w:bCs/>
                <w:szCs w:val="30"/>
              </w:rPr>
              <w:t>חלק ב׳ – יומן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אחרי כל טקסט – שורה אחת ביומן.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תאריך</w:t>
            </w:r>
          </w:p>
        </w:tc>
        <w:tc>
          <w:tcPr>
            <w:tcW w:type="dxa" w:w="2551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הטקסט / הספר</w:t>
            </w:r>
          </w:p>
        </w:tc>
        <w:tc>
          <w:tcPr>
            <w:tcW w:type="dxa" w:w="2551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משפט אחד: מה הבנתי?</w:t>
            </w:r>
          </w:p>
        </w:tc>
        <w:tc>
          <w:tcPr>
            <w:tcW w:type="dxa" w:w="2551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דירוג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  <w:tr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</w:r>
          </w:p>
        </w:tc>
        <w:tc>
          <w:tcPr>
            <w:tcW w:type="dxa" w:w="2551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⭐⭐⭐⭐⭐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בחרו טקסט אחד מהיומן: מה הרעיון המרכזי שלו? ולמי הייתם ממליצים לקרוא אותו ולמה?  [רפלקציה]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0D6EFD"/>
                <w:sz w:val="28"/>
                <w:u w:val="none"/>
                <w:rtl/>
                <w:bCs/>
                <w:szCs w:val="28"/>
              </w:rPr>
              <w:t>סימנייה 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📚 הספר שאני קורא/ת עכשיו: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עמוד שבו עצרתי: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מילה חדשה שמצאתי: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D6EFD"/>
          <w:sz w:val="22"/>
          <w:u w:val="none"/>
          <w:rtl/>
          <w:bCs/>
          <w:szCs w:val="22"/>
        </w:rPr>
        <w:t>גרסה ג׳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D6EFD"/>
          <w:sz w:val="48"/>
          <w:u w:val="none"/>
          <w:rtl/>
          <w:bCs/>
          <w:szCs w:val="48"/>
        </w:rPr>
        <w:t>📚 קָרָאתִי!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כַּרְטִיסִיָּה גְּדוֹלָה בַּתְּמוּנוֹת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D6EFD"/>
          <w:sz w:val="22"/>
          <w:u w:val="none"/>
          <w:rtl/>
          <w:bCs/>
          <w:szCs w:val="22"/>
        </w:rPr>
        <w:t>כל הכיתות · עולים · חנ״מ · עם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D6EFD"/>
                <w:sz w:val="30"/>
                <w:u w:val="none"/>
                <w:rtl/>
                <w:bCs/>
                <w:szCs w:val="30"/>
              </w:rPr>
              <w:t>חֵלֶק א׳ – כַּרְטִיסִיָּה בַּתְּמוּנוֹת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קָרָאתִי? הֵבַנְתִּי? מְנַקְּבִים עִגּוּל!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 xml:space="preserve">קָרָאתִי! ⭐ שָׁם: </w:t>
            </w:r>
            <w:r>
              <w:rPr>
                <w:rFonts w:ascii="Arial" w:hAnsi="Arial" w:cs="Arial"/>
                <w:b/>
                <w:sz w:val="22"/>
                <w:u w:val="single"/>
                <w:rtl/>
                <w:bCs/>
                <w:szCs w:val="22"/>
              </w:rPr>
              <w:t>_</w:t>
            </w:r>
            <w:r>
              <w:rPr>
                <w:rFonts w:ascii="Arial" w:hAnsi="Arial" w:cs="Arial"/>
                <w:b/>
                <w:sz w:val="22"/>
                <w:u w:val="single"/>
                <w:rtl/>
                <w:bCs/>
                <w:szCs w:val="22"/>
              </w:rPr>
            </w:r>
          </w:p>
        </w:tc>
      </w:tr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📖 📖 📖 📖 📖 🏆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7f0f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D6EFD"/>
                <w:sz w:val="30"/>
                <w:u w:val="none"/>
                <w:rtl/>
                <w:bCs/>
                <w:szCs w:val="30"/>
              </w:rPr>
              <w:t>חֵלֶק ב׳ – קָרָאתִי עִם...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סַמְּנוּ ✓.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👩‍🏫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קָרָאתִי עִם הַמּוֹרֶה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👨‍👩‍👧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קָרָאתִי עִם הַהוֹרִים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קָרָאתִי עִם חָבֵר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קָרָאתִי לְבַד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סִפַּרְתִּי מָה הֵבַנְתִּי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צִיַּרְתִּי אֶת הַסִּפּוּר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✓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אֶת הַדְּמוּת שֶׁאַהֲבָתָם מֵהַסִּפּוּר הָאַחֲרוֹן שֶׁקְּרָאתֶם.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